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Transcript: nasa.mp4</w:t>
      </w:r>
    </w:p>
    <w:p>
      <w:pPr>
        <w:pStyle w:val="Heading1"/>
      </w:pPr>
      <w:r>
        <w:t>Summary</w:t>
      </w:r>
    </w:p>
    <w:p>
      <w:r>
        <w:t>An interview with an astronaut about a cave-based training expedition in Slovenia, used as an analogue for working as a team on future moon missions.</w:t>
      </w:r>
    </w:p>
    <w:p>
      <w:r>
        <w:t>They discuss the Artemis programme (a moon landing targeted for 2024) and what being the first woman on the moon would mean.</w:t>
      </w:r>
    </w:p>
    <w:p>
      <w:r>
        <w:t>The astronaut expects crew selection around 2022 and notes that SpaceX and Boeing are developing commercial crew vehicles in the meantime.</w:t>
      </w:r>
    </w:p>
    <w:p>
      <w:pPr>
        <w:pStyle w:val="Heading1"/>
      </w:pPr>
      <w:r>
        <w:t>Transcript</w:t>
      </w:r>
    </w:p>
    <w:p>
      <w:r>
        <w:rPr>
          <w:b/>
        </w:rPr>
        <w:t>[00:00] Speaker 1</w:t>
      </w:r>
    </w:p>
    <w:p>
      <w:r>
        <w:t>[inaudible 00:00] of you picked up while there?</w:t>
      </w:r>
    </w:p>
    <w:p>
      <w:r>
        <w:rPr>
          <w:b/>
        </w:rPr>
        <w:t>[00:01] Speaker 2</w:t>
      </w:r>
    </w:p>
    <w:p>
      <w:r>
        <w:t>Well, one of the things that caves does is it's an analog to flying to space, and in particular, to flying to remote places like the moon. So what we did, I arrived there around September 11th and we did about five or six days of training on how to rappel and ascend in and out of a cave shaft. We also visited several caves in Slovenia. So we learned a bunch of techniques on how to get in and out of the caves, how to walk in the caves. We tried on our gear and we made sure everything fit. And then after that, we descended into the cave and we lived there for, I slept there five nights. So it was a total of six days and five nights. And what we did was we explored the cave. It's an underground world that is so strange and so beautiful at the same time.</w:t>
      </w:r>
    </w:p>
    <w:p>
      <w:r>
        <w:t>But one of the big things is that, you know, I don't really have a fear of a lot of different things, but the fear of getting hurt or one of my colleagues getting hurt was a constant threat. And so we learned to work really closely together as a team to keep each other safe, along with the safety climbers that were there and the speleologists that were working with us, and perform the mission. And the mission was to explore the cave, go deeper into the cave further than any of our other groups had gone, and do research, do science, collect water, look at the animals and find different parts of the cave itself.</w:t>
      </w:r>
    </w:p>
    <w:p>
      <w:r>
        <w:t>So the analog to space is that if and when we go back to the moon, we would do similar things on the moon, where we'd have to work together in a high-threat environment as a group, as a team, to explore the moon and do research and take care of each other. That is one of the big things. So learning to work together and perform the mission was one of the biggest things that I got out of caves.</w:t>
      </w:r>
    </w:p>
    <w:p>
      <w:r>
        <w:rPr>
          <w:b/>
        </w:rPr>
        <w:t>[01:58] Speaker 1</w:t>
      </w:r>
    </w:p>
    <w:p>
      <w:r>
        <w:t>Now, this expedition has you better prepared to be on the next mission to the moon, happening by 2024, Artemis, focusing on keeping a human presence on the moon. So what does the possibility of being the first woman on the moon mean to you?</w:t>
      </w:r>
    </w:p>
    <w:p>
      <w:r>
        <w:rPr>
          <w:b/>
        </w:rPr>
        <w:t>[02:12] Speaker 2</w:t>
      </w:r>
    </w:p>
    <w:p>
      <w:r>
        <w:t>Well, I think I told someone in the past, on being the first or anything like that, is a huge responsibility, and it's a huge honor at the same time. And so going back to the moon in 2024, it's very soon, very quick, and I think everyone in the astronaut corps is prepared for that. And caves is one of those tools that will help you prepare to go to the moon, do research, exploration, stay on the moon and have a permanent presence there.</w:t>
      </w:r>
    </w:p>
    <w:p>
      <w:r>
        <w:t>So being the first anything to me bears a lot of responsibility, and I'm up for that challenge. But at the same time, I'm just hopeful.</w:t>
      </w:r>
    </w:p>
    <w:p>
      <w:r>
        <w:rPr>
          <w:b/>
        </w:rPr>
        <w:t>[02:55] Speaker 1</w:t>
      </w:r>
    </w:p>
    <w:p>
      <w:r>
        <w:t>How long before you find out if you are on the mission for sure?</w:t>
      </w:r>
    </w:p>
    <w:p>
      <w:r>
        <w:rPr>
          <w:b/>
        </w:rPr>
        <w:t>[02:59] Speaker 2</w:t>
      </w:r>
    </w:p>
    <w:p>
      <w:r>
        <w:t>Well, I think it'll be quite some time before anyone finds out if they're on the mission. So I would suspect, as we get closer and closer to 2024, probably two years prior, 2022 or so, someone would find out that they're on the mission. So it would be a couple of years or so before any of us knew.</w:t>
      </w:r>
    </w:p>
    <w:p>
      <w:r>
        <w:rPr>
          <w:b/>
        </w:rPr>
        <w:t>[03:23] Speaker 1</w:t>
      </w:r>
    </w:p>
    <w:p>
      <w:r>
        <w:t>Right. Well, you were supposed to be on the last mission to the International Space Station. That didn't work out, but this time around, how do you approach that selection process, which is a long time?</w:t>
      </w:r>
    </w:p>
    <w:p>
      <w:r>
        <w:rPr>
          <w:b/>
        </w:rPr>
        <w:t>[03:34] Speaker 2</w:t>
      </w:r>
    </w:p>
    <w:p>
      <w:r>
        <w:t>It is a long time. And so in the meantime, what NASA has going is we have two commercial crew vehicles that are being developed to take astronauts to the International Space Station. And one is being developed by SpaceX and the other is being developed by Boeing. So as we start gearing up to start shuttling astronauts more frequently to the International Space Station from the United States, we're working [inaudible 03:59]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